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B4BAA" w:rsidRDefault="009E549D" w14:paraId="672A6659" wp14:textId="77777777">
      <w:pPr>
        <w:jc w:val="center"/>
      </w:pPr>
      <w:r>
        <w:rPr>
          <w:noProof/>
        </w:rPr>
        <w:drawing>
          <wp:inline xmlns:wp14="http://schemas.microsoft.com/office/word/2010/wordprocessingDrawing" distT="0" distB="0" distL="0" distR="0" wp14:anchorId="577EBABB" wp14:editId="7777777">
            <wp:extent cx="1097280" cy="109728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97280" cy="1097280"/>
                    </a:xfrm>
                    <a:prstGeom prst="rect">
                      <a:avLst/>
                    </a:prstGeom>
                    <a:ln/>
                  </pic:spPr>
                </pic:pic>
              </a:graphicData>
            </a:graphic>
          </wp:inline>
        </w:drawing>
      </w:r>
    </w:p>
    <w:p xmlns:wp14="http://schemas.microsoft.com/office/word/2010/wordml" w:rsidR="000B4BAA" w:rsidRDefault="009E549D" w14:paraId="7A362D4C" wp14:textId="77777777">
      <w:pPr>
        <w:jc w:val="center"/>
        <w:rPr>
          <w:b/>
          <w:sz w:val="28"/>
          <w:szCs w:val="28"/>
        </w:rPr>
      </w:pPr>
      <w:r>
        <w:rPr>
          <w:b/>
          <w:sz w:val="28"/>
          <w:szCs w:val="28"/>
        </w:rPr>
        <w:t>Kimberley &amp; District Community Foundation</w:t>
      </w:r>
      <w:r>
        <w:rPr>
          <w:b/>
          <w:sz w:val="28"/>
          <w:szCs w:val="28"/>
        </w:rPr>
        <w:br/>
      </w:r>
      <w:r>
        <w:rPr>
          <w:b/>
          <w:sz w:val="28"/>
          <w:szCs w:val="28"/>
        </w:rPr>
        <w:t>Grant Application Form</w:t>
      </w:r>
    </w:p>
    <w:p xmlns:wp14="http://schemas.microsoft.com/office/word/2010/wordml" w:rsidR="000B4BAA" w:rsidRDefault="009E549D" w14:paraId="0595FBF1" wp14:textId="77777777">
      <w:pPr>
        <w:rPr>
          <w:b/>
          <w:sz w:val="24"/>
          <w:szCs w:val="24"/>
        </w:rPr>
      </w:pPr>
      <w:r>
        <w:rPr>
          <w:b/>
          <w:sz w:val="24"/>
          <w:szCs w:val="24"/>
        </w:rPr>
        <w:t>Application Guidance</w:t>
      </w:r>
    </w:p>
    <w:p xmlns:wp14="http://schemas.microsoft.com/office/word/2010/wordml" w:rsidR="000B4BAA" w:rsidRDefault="009E549D" w14:paraId="4942CE23" wp14:textId="77777777">
      <w:pPr>
        <w:spacing w:after="160" w:line="259" w:lineRule="auto"/>
      </w:pPr>
      <w:r>
        <w:t>Thank you for your interest in applying for a grant from the Kimberley &amp; District Community Foundation (KDCF). Before completing this form, please review the following expectations and guidance to ensure your project aligns with our funding priorities and process:</w:t>
      </w:r>
    </w:p>
    <w:p xmlns:wp14="http://schemas.microsoft.com/office/word/2010/wordml" w:rsidR="000B4BAA" w:rsidRDefault="009E549D" w14:paraId="29E54CD8" wp14:textId="77777777">
      <w:pPr>
        <w:numPr>
          <w:ilvl w:val="0"/>
          <w:numId w:val="2"/>
        </w:numPr>
        <w:spacing w:after="160" w:line="259" w:lineRule="auto"/>
        <w:rPr/>
      </w:pPr>
      <w:r w:rsidRPr="50E451BF" w:rsidR="009E549D">
        <w:rPr>
          <w:lang w:val="en-US"/>
        </w:rPr>
        <w:t>Timely Disbursement: Approved applicants must arrange to pick up their grant cheque within 30 days of notification. If funds are not collected within this timeframe, they may be reassigned to other community initiatives.</w:t>
      </w:r>
    </w:p>
    <w:p xmlns:wp14="http://schemas.microsoft.com/office/word/2010/wordml" w:rsidR="000B4BAA" w:rsidRDefault="009E549D" w14:paraId="5273165C" wp14:textId="77777777">
      <w:pPr>
        <w:numPr>
          <w:ilvl w:val="0"/>
          <w:numId w:val="2"/>
        </w:numPr>
        <w:spacing w:after="160" w:line="259" w:lineRule="auto"/>
        <w:rPr/>
      </w:pPr>
      <w:r w:rsidRPr="50E451BF" w:rsidR="009E549D">
        <w:rPr>
          <w:lang w:val="en-US"/>
        </w:rPr>
        <w:t>Follow-up and Storytelling: As part of our commitment to transparency and community engagement, we may follow up after funds are received to request photos or a brief update showing how the funds were used. Your willingness to share impact stories helps demonstrate the value of community giving.</w:t>
      </w:r>
    </w:p>
    <w:p xmlns:wp14="http://schemas.microsoft.com/office/word/2010/wordml" w:rsidR="000B4BAA" w:rsidRDefault="009E549D" w14:paraId="22EE343D" wp14:textId="77777777">
      <w:pPr>
        <w:numPr>
          <w:ilvl w:val="0"/>
          <w:numId w:val="2"/>
        </w:numPr>
        <w:spacing w:after="160" w:line="259" w:lineRule="auto"/>
      </w:pPr>
      <w:r>
        <w:t>BC Games Grant Advisory: Amateur sports organizations are strongly encouraged to apply to the BC Games Grant program- particularly for sporting goods and equipment - before requesting funding from KDCF. This helps ensure local KDCF funds can support a broader range of needs.</w:t>
      </w:r>
    </w:p>
    <w:p xmlns:wp14="http://schemas.microsoft.com/office/word/2010/wordml" w:rsidR="000B4BAA" w:rsidP="57ED01CF" w:rsidRDefault="009E549D" w14:paraId="5D348322" wp14:textId="77777777">
      <w:pPr>
        <w:numPr>
          <w:ilvl w:val="0"/>
          <w:numId w:val="2"/>
        </w:numPr>
        <w:spacing w:after="160" w:line="259" w:lineRule="auto"/>
        <w:rPr>
          <w:lang w:val="en-US"/>
        </w:rPr>
      </w:pPr>
      <w:r w:rsidRPr="57ED01CF" w:rsidR="009E549D">
        <w:rPr>
          <w:lang w:val="en-US"/>
        </w:rPr>
        <w:t>Project eligibility: You can request funds for projects or events that advance your organization’s core mandate. Funds will not be granted for ongoing operating costs (</w:t>
      </w:r>
      <w:r w:rsidRPr="57ED01CF" w:rsidR="009E549D">
        <w:rPr>
          <w:lang w:val="en-US"/>
        </w:rPr>
        <w:t>e.g.</w:t>
      </w:r>
      <w:r w:rsidRPr="57ED01CF" w:rsidR="009E549D">
        <w:rPr>
          <w:lang w:val="en-US"/>
        </w:rPr>
        <w:t xml:space="preserve"> salaries, utility costs)</w:t>
      </w:r>
    </w:p>
    <w:p w:rsidR="3C3849DA" w:rsidP="57ED01CF" w:rsidRDefault="3C3849DA" w14:paraId="75AC1FAB" w14:textId="6269D57D">
      <w:pPr>
        <w:numPr>
          <w:ilvl w:val="0"/>
          <w:numId w:val="2"/>
        </w:numPr>
        <w:spacing w:after="160" w:line="259" w:lineRule="auto"/>
        <w:rPr>
          <w:lang w:val="en-US"/>
        </w:rPr>
      </w:pPr>
      <w:r w:rsidRPr="0DA704FA" w:rsidR="044370B1">
        <w:rPr>
          <w:lang w:val="en-US"/>
        </w:rPr>
        <w:t>Maximum</w:t>
      </w:r>
      <w:r w:rsidRPr="0DA704FA" w:rsidR="044370B1">
        <w:rPr>
          <w:lang w:val="en-US"/>
        </w:rPr>
        <w:t xml:space="preserve"> funds: </w:t>
      </w:r>
      <w:r w:rsidRPr="0DA704FA" w:rsidR="016144FC">
        <w:rPr>
          <w:lang w:val="en-US"/>
        </w:rPr>
        <w:t>A maximum of $5,000 per organization is available</w:t>
      </w:r>
      <w:r w:rsidRPr="0DA704FA" w:rsidR="044370B1">
        <w:rPr>
          <w:lang w:val="en-US"/>
        </w:rPr>
        <w:t xml:space="preserve">. </w:t>
      </w:r>
    </w:p>
    <w:p xmlns:wp14="http://schemas.microsoft.com/office/word/2010/wordml" w:rsidR="000B4BAA" w:rsidRDefault="009E549D" w14:paraId="42E32851" wp14:textId="77777777">
      <w:pPr>
        <w:spacing w:after="160" w:line="259" w:lineRule="auto"/>
      </w:pPr>
      <w:r>
        <w:t>Please note that your final approved application will become part of your grant agreement and will be referenced during follow-up and reporting. We look forward to learning about your initiative and how it strengthens our community.</w:t>
      </w:r>
    </w:p>
    <w:p xmlns:wp14="http://schemas.microsoft.com/office/word/2010/wordml" w:rsidR="000B4BAA" w:rsidRDefault="000B4BAA" w14:paraId="0A37501D" wp14:textId="77777777">
      <w:pPr>
        <w:jc w:val="center"/>
      </w:pPr>
    </w:p>
    <w:p w:rsidR="0DA704FA" w:rsidP="0DA704FA" w:rsidRDefault="0DA704FA" w14:paraId="68BE0CD9" w14:textId="6289C772">
      <w:pPr>
        <w:rPr>
          <w:b w:val="1"/>
          <w:bCs w:val="1"/>
          <w:sz w:val="24"/>
          <w:szCs w:val="24"/>
        </w:rPr>
      </w:pPr>
    </w:p>
    <w:p w:rsidR="0DA704FA" w:rsidP="0DA704FA" w:rsidRDefault="0DA704FA" w14:paraId="2F20E1AE" w14:textId="654B663C">
      <w:pPr>
        <w:rPr>
          <w:b w:val="1"/>
          <w:bCs w:val="1"/>
          <w:sz w:val="24"/>
          <w:szCs w:val="24"/>
        </w:rPr>
      </w:pPr>
    </w:p>
    <w:p w:rsidR="0DA704FA" w:rsidP="0DA704FA" w:rsidRDefault="0DA704FA" w14:paraId="433A19EC" w14:textId="5F1CA267">
      <w:pPr>
        <w:rPr>
          <w:b w:val="1"/>
          <w:bCs w:val="1"/>
          <w:sz w:val="24"/>
          <w:szCs w:val="24"/>
        </w:rPr>
      </w:pPr>
    </w:p>
    <w:p w:rsidR="0DA704FA" w:rsidP="0DA704FA" w:rsidRDefault="0DA704FA" w14:paraId="6B8BA506" w14:textId="46966718">
      <w:pPr>
        <w:rPr>
          <w:b w:val="1"/>
          <w:bCs w:val="1"/>
          <w:sz w:val="24"/>
          <w:szCs w:val="24"/>
        </w:rPr>
      </w:pPr>
    </w:p>
    <w:p w:rsidR="0DA704FA" w:rsidP="0DA704FA" w:rsidRDefault="0DA704FA" w14:paraId="322273AE" w14:textId="17E96746">
      <w:pPr>
        <w:rPr>
          <w:b w:val="1"/>
          <w:bCs w:val="1"/>
          <w:sz w:val="24"/>
          <w:szCs w:val="24"/>
        </w:rPr>
      </w:pPr>
    </w:p>
    <w:p xmlns:wp14="http://schemas.microsoft.com/office/word/2010/wordml" w:rsidR="000B4BAA" w:rsidRDefault="009E549D" w14:paraId="6FF228E6" wp14:textId="77777777">
      <w:r>
        <w:rPr>
          <w:b/>
          <w:sz w:val="24"/>
          <w:szCs w:val="24"/>
        </w:rPr>
        <w:t>SECTION 1: Applicant Information</w:t>
      </w:r>
    </w:p>
    <w:p xmlns:wp14="http://schemas.microsoft.com/office/word/2010/wordml" w:rsidR="000B4BAA" w:rsidRDefault="009E549D" w14:paraId="7104BAAF" wp14:textId="77777777">
      <w:r>
        <w:t>Name of Organization</w:t>
      </w:r>
      <w:r>
        <w:br/>
      </w:r>
      <w:r>
        <w:t>______________________________________________________________________</w:t>
      </w:r>
    </w:p>
    <w:p xmlns:wp14="http://schemas.microsoft.com/office/word/2010/wordml" w:rsidR="000B4BAA" w:rsidRDefault="009E549D" w14:paraId="74B715E1" wp14:textId="77777777">
      <w:r>
        <w:t>Mailing Address</w:t>
      </w:r>
      <w:r>
        <w:br/>
      </w:r>
      <w:r>
        <w:t>______________________________________________________________________</w:t>
      </w:r>
    </w:p>
    <w:p xmlns:wp14="http://schemas.microsoft.com/office/word/2010/wordml" w:rsidR="000B4BAA" w:rsidRDefault="009E549D" w14:paraId="31FE268D" wp14:textId="77777777">
      <w:r>
        <w:t>Phone</w:t>
      </w:r>
      <w:r>
        <w:br/>
      </w:r>
      <w:r>
        <w:t>______________________________________________________________________</w:t>
      </w:r>
      <w:r>
        <w:br/>
      </w:r>
    </w:p>
    <w:p xmlns:wp14="http://schemas.microsoft.com/office/word/2010/wordml" w:rsidR="000B4BAA" w:rsidRDefault="009E549D" w14:paraId="40263AC2" wp14:textId="77777777">
      <w:r>
        <w:t>Email</w:t>
      </w:r>
      <w:r>
        <w:br/>
      </w:r>
      <w:r>
        <w:t>______________________________________________________________________</w:t>
      </w:r>
    </w:p>
    <w:p xmlns:wp14="http://schemas.microsoft.com/office/word/2010/wordml" w:rsidR="000B4BAA" w:rsidRDefault="009E549D" w14:paraId="3EE6D599" wp14:textId="77777777">
      <w:r>
        <w:t>Website</w:t>
      </w:r>
      <w:r>
        <w:br/>
      </w:r>
      <w:r>
        <w:t>______________________________________________________________________</w:t>
      </w:r>
    </w:p>
    <w:p xmlns:wp14="http://schemas.microsoft.com/office/word/2010/wordml" w:rsidR="000B4BAA" w:rsidRDefault="009E549D" w14:paraId="1F55AEAC" wp14:textId="77777777">
      <w:r>
        <w:t>Primary Contact Person</w:t>
      </w:r>
      <w:r>
        <w:br/>
      </w:r>
      <w:r>
        <w:t>______________________________________________________________________</w:t>
      </w:r>
    </w:p>
    <w:p xmlns:wp14="http://schemas.microsoft.com/office/word/2010/wordml" w:rsidR="000B4BAA" w:rsidRDefault="009E549D" w14:paraId="43B20617" wp14:textId="77777777">
      <w:r>
        <w:t>Primary Contact Phone</w:t>
      </w:r>
      <w:r>
        <w:br/>
      </w:r>
      <w:r>
        <w:t>______________________________________________________________________</w:t>
      </w:r>
    </w:p>
    <w:p xmlns:wp14="http://schemas.microsoft.com/office/word/2010/wordml" w:rsidR="000B4BAA" w:rsidRDefault="009E549D" w14:paraId="1C7147DB" wp14:textId="77777777">
      <w:r>
        <w:t>Primary Contact Email</w:t>
      </w:r>
      <w:r>
        <w:br/>
      </w:r>
      <w:r>
        <w:t>______________________________________________________________________</w:t>
      </w:r>
    </w:p>
    <w:p xmlns:wp14="http://schemas.microsoft.com/office/word/2010/wordml" w:rsidR="000B4BAA" w:rsidRDefault="009E549D" w14:paraId="2C4A248C" wp14:textId="77777777">
      <w:r>
        <w:t>Secondary Contact Person</w:t>
      </w:r>
      <w:r>
        <w:br/>
      </w:r>
      <w:r>
        <w:t>______________________________________________________________________</w:t>
      </w:r>
    </w:p>
    <w:p xmlns:wp14="http://schemas.microsoft.com/office/word/2010/wordml" w:rsidR="000B4BAA" w:rsidRDefault="009E549D" w14:paraId="494759A0" wp14:textId="77777777">
      <w:r>
        <w:t>Secondary Contact Phone</w:t>
      </w:r>
      <w:r>
        <w:br/>
      </w:r>
      <w:r>
        <w:t>______________________________________________________________________</w:t>
      </w:r>
    </w:p>
    <w:p xmlns:wp14="http://schemas.microsoft.com/office/word/2010/wordml" w:rsidR="000B4BAA" w:rsidRDefault="009E549D" w14:paraId="428E77D5" wp14:textId="77777777">
      <w:r>
        <w:t>Secondary Contact Email</w:t>
      </w:r>
      <w:r>
        <w:br/>
      </w:r>
      <w:r>
        <w:t>______________________________________________________________________</w:t>
      </w:r>
    </w:p>
    <w:p xmlns:wp14="http://schemas.microsoft.com/office/word/2010/wordml" w:rsidR="000B4BAA" w:rsidRDefault="000B4BAA" w14:paraId="5DAB6C7B" wp14:textId="77777777"/>
    <w:p xmlns:wp14="http://schemas.microsoft.com/office/word/2010/wordml" w:rsidR="000B4BAA" w:rsidRDefault="009E549D" w14:paraId="35763973" wp14:textId="77777777">
      <w:pPr>
        <w:rPr>
          <w:i/>
        </w:rPr>
      </w:pPr>
      <w:r>
        <w:rPr>
          <w:b/>
          <w:sz w:val="24"/>
          <w:szCs w:val="24"/>
        </w:rPr>
        <w:t>SECTION 2: Organizational Status</w:t>
      </w:r>
    </w:p>
    <w:p xmlns:wp14="http://schemas.microsoft.com/office/word/2010/wordml" w:rsidR="000B4BAA" w:rsidP="50E451BF" w:rsidRDefault="009E549D" w14:paraId="11B9B49F" wp14:textId="77777777">
      <w:pPr>
        <w:spacing w:before="240" w:after="240"/>
        <w:rPr>
          <w:i w:val="1"/>
          <w:iCs w:val="1"/>
          <w:lang w:val="en-US"/>
        </w:rPr>
      </w:pPr>
      <w:r w:rsidRPr="50E451BF" w:rsidR="009E549D">
        <w:rPr>
          <w:i w:val="1"/>
          <w:iCs w:val="1"/>
          <w:lang w:val="en-US"/>
        </w:rPr>
        <w:t>This grant is only open to Qualified Donees. Please provide your organization’s charitable registration information.</w:t>
      </w:r>
    </w:p>
    <w:p xmlns:wp14="http://schemas.microsoft.com/office/word/2010/wordml" w:rsidR="000B4BAA" w:rsidRDefault="009E549D" w14:paraId="0EC05554" wp14:textId="77777777">
      <w:pPr>
        <w:spacing w:before="240" w:after="240"/>
        <w:rPr>
          <w:i/>
        </w:rPr>
      </w:pPr>
      <w:r>
        <w:rPr>
          <w:i/>
        </w:rPr>
        <w:t>☐</w:t>
      </w:r>
      <w:r>
        <w:rPr>
          <w:i/>
        </w:rPr>
        <w:t xml:space="preserve"> </w:t>
      </w:r>
      <w:r>
        <w:rPr>
          <w:b/>
          <w:i/>
        </w:rPr>
        <w:t>Registered Charity</w:t>
      </w:r>
      <w:r>
        <w:rPr>
          <w:i/>
        </w:rPr>
        <w:t xml:space="preserve"> – CRA Registration #: ______________________</w:t>
      </w:r>
    </w:p>
    <w:p xmlns:wp14="http://schemas.microsoft.com/office/word/2010/wordml" w:rsidR="000B4BAA" w:rsidP="50E451BF" w:rsidRDefault="009E549D" w14:paraId="66B0DBE5" wp14:textId="77777777">
      <w:pPr>
        <w:rPr>
          <w:i w:val="1"/>
          <w:iCs w:val="1"/>
          <w:lang w:val="en-US"/>
        </w:rPr>
      </w:pPr>
      <w:r w:rsidRPr="50E451BF" w:rsidR="009E549D">
        <w:rPr>
          <w:i w:val="1"/>
          <w:iCs w:val="1"/>
          <w:lang w:val="en-US"/>
        </w:rPr>
        <w:t>If you are a Non-Qualified Donee, you must have a fiscal sponsor through a registered charity (Qualified Donee) to receive funds.</w:t>
      </w:r>
    </w:p>
    <w:p xmlns:wp14="http://schemas.microsoft.com/office/word/2010/wordml" w:rsidR="000B4BAA" w:rsidRDefault="000B4BAA" w14:paraId="02EB378F" wp14:textId="77777777"/>
    <w:p xmlns:wp14="http://schemas.microsoft.com/office/word/2010/wordml" w:rsidR="000B4BAA" w:rsidRDefault="009E549D" w14:paraId="30EA3C74" wp14:textId="77777777">
      <w:r>
        <w:rPr>
          <w:b/>
          <w:sz w:val="24"/>
          <w:szCs w:val="24"/>
        </w:rPr>
        <w:t>SECTION 3: Organization Overview</w:t>
      </w:r>
    </w:p>
    <w:p xmlns:wp14="http://schemas.microsoft.com/office/word/2010/wordml" w:rsidR="000B4BAA" w:rsidP="0DA704FA" w:rsidRDefault="009E549D" w14:paraId="5841AEBA" wp14:textId="77777777">
      <w:pPr>
        <w:spacing w:line="360" w:lineRule="auto"/>
        <w:rPr>
          <w:sz w:val="14"/>
          <w:szCs w:val="14"/>
        </w:rPr>
      </w:pPr>
      <w:r w:rsidR="0026B2C9">
        <w:rPr/>
        <w:t>3.1 Summarize your organization’s mandate and major activities (max 250 words):</w:t>
      </w:r>
      <w:r>
        <w:br/>
      </w:r>
      <w:r w:rsidRPr="0DA704FA" w:rsidR="0026B2C9">
        <w:rPr>
          <w:sz w:val="22"/>
          <w:szCs w:val="22"/>
        </w:rPr>
        <w:t>______________________________________________________________________</w:t>
      </w:r>
      <w:r>
        <w:br/>
      </w:r>
      <w:r w:rsidRPr="0DA704FA" w:rsidR="0026B2C9">
        <w:rPr>
          <w:sz w:val="22"/>
          <w:szCs w:val="22"/>
        </w:rPr>
        <w:t>______________________________________________________________________</w:t>
      </w:r>
      <w:r>
        <w:br/>
      </w:r>
      <w:r w:rsidRPr="0DA704FA" w:rsidR="0026B2C9">
        <w:rPr>
          <w:sz w:val="22"/>
          <w:szCs w:val="22"/>
        </w:rPr>
        <w:t>______________________________________________________________________</w:t>
      </w:r>
      <w:r>
        <w:br/>
      </w:r>
      <w:r w:rsidRPr="0DA704FA" w:rsidR="0026B2C9">
        <w:rPr>
          <w:sz w:val="22"/>
          <w:szCs w:val="22"/>
        </w:rPr>
        <w:t>______________________________________________________________________</w:t>
      </w:r>
      <w:r>
        <w:br/>
      </w:r>
    </w:p>
    <w:p xmlns:wp14="http://schemas.microsoft.com/office/word/2010/wordml" w:rsidR="000B4BAA" w:rsidRDefault="009E549D" w14:paraId="2D4F8B1A" wp14:textId="77777777">
      <w:r>
        <w:rPr>
          <w:b/>
          <w:sz w:val="24"/>
          <w:szCs w:val="24"/>
        </w:rPr>
        <w:t>SECTION 4: Project Information</w:t>
      </w:r>
    </w:p>
    <w:p xmlns:wp14="http://schemas.microsoft.com/office/word/2010/wordml" w:rsidR="000B4BAA" w:rsidRDefault="009E549D" w14:paraId="04B2F809" wp14:textId="77777777">
      <w:r w:rsidR="0026B2C9">
        <w:rPr/>
        <w:t>Project Title</w:t>
      </w:r>
      <w:r>
        <w:br/>
      </w:r>
      <w:r w:rsidR="0026B2C9">
        <w:rPr/>
        <w:t>______________________________________________________________________</w:t>
      </w:r>
    </w:p>
    <w:p xmlns:wp14="http://schemas.microsoft.com/office/word/2010/wordml" w:rsidR="000B4BAA" w:rsidRDefault="009E549D" w14:paraId="55C906AF" wp14:textId="126E8BA8">
      <w:r w:rsidR="5F5B5B77">
        <w:rPr/>
        <w:t>Project Location</w:t>
      </w:r>
      <w:r>
        <w:br/>
      </w:r>
      <w:r w:rsidR="5F5B5B77">
        <w:rPr/>
        <w:t>______________________________________________________________________</w:t>
      </w:r>
    </w:p>
    <w:p xmlns:wp14="http://schemas.microsoft.com/office/word/2010/wordml" w:rsidR="000B4BAA" w:rsidRDefault="009E549D" w14:paraId="10D4BB4D" wp14:textId="7B9AE89F">
      <w:r w:rsidR="0026B2C9">
        <w:rPr/>
        <w:t>Project Start Date</w:t>
      </w:r>
      <w:r>
        <w:br/>
      </w:r>
      <w:r w:rsidR="0026B2C9">
        <w:rPr/>
        <w:t>______________________________________________________________________</w:t>
      </w:r>
    </w:p>
    <w:p xmlns:wp14="http://schemas.microsoft.com/office/word/2010/wordml" w:rsidR="000B4BAA" w:rsidRDefault="009E549D" w14:paraId="209891D8" wp14:textId="77777777">
      <w:r>
        <w:t>Project End Date</w:t>
      </w:r>
      <w:r>
        <w:br/>
      </w:r>
      <w:r>
        <w:t>______________________________________________________________________</w:t>
      </w:r>
    </w:p>
    <w:p xmlns:wp14="http://schemas.microsoft.com/office/word/2010/wordml" w:rsidR="000B4BAA" w:rsidP="0DA704FA" w:rsidRDefault="000B4BAA" w14:paraId="6A05A809" wp14:textId="77777777">
      <w:pPr>
        <w:rPr>
          <w:sz w:val="12"/>
          <w:szCs w:val="12"/>
        </w:rPr>
      </w:pPr>
    </w:p>
    <w:p xmlns:wp14="http://schemas.microsoft.com/office/word/2010/wordml" w:rsidR="000B4BAA" w:rsidRDefault="009E549D" w14:paraId="49EBDB4C" wp14:textId="77777777">
      <w:r>
        <w:t>4.1 Project Description</w:t>
      </w:r>
    </w:p>
    <w:p xmlns:wp14="http://schemas.microsoft.com/office/word/2010/wordml" w:rsidR="000B4BAA" w:rsidP="0DA704FA" w:rsidRDefault="009E549D" w14:paraId="5F1F319B" wp14:textId="77777777">
      <w:pPr>
        <w:spacing w:line="360" w:lineRule="auto"/>
        <w:rPr>
          <w:sz w:val="14"/>
          <w:szCs w:val="14"/>
        </w:rPr>
      </w:pPr>
      <w:r w:rsidR="0026B2C9">
        <w:rPr/>
        <w:t>Brief summary of your project (max 300 words):</w:t>
      </w:r>
      <w:r>
        <w:br/>
      </w:r>
      <w:r w:rsidR="0026B2C9">
        <w:rPr/>
        <w:t>______________________________________________________________________</w:t>
      </w:r>
      <w:r>
        <w:br/>
      </w:r>
      <w:r w:rsidR="0026B2C9">
        <w:rPr/>
        <w:t>______________________________________________________________________</w:t>
      </w:r>
      <w:r>
        <w:br/>
      </w:r>
      <w:r w:rsidR="0026B2C9">
        <w:rPr/>
        <w:t>______________________________________________________________________</w:t>
      </w:r>
      <w:r>
        <w:br/>
      </w:r>
      <w:r w:rsidR="0026B2C9">
        <w:rPr/>
        <w:t>______________________________________________________________________</w:t>
      </w:r>
      <w:r>
        <w:br/>
      </w:r>
      <w:r w:rsidR="0026B2C9">
        <w:rPr/>
        <w:t>______________________________________________________________________</w:t>
      </w:r>
      <w:r>
        <w:br/>
      </w:r>
      <w:r w:rsidR="0026B2C9">
        <w:rPr/>
        <w:t>______________________________________________________________________</w:t>
      </w:r>
      <w:r>
        <w:br/>
      </w:r>
    </w:p>
    <w:p xmlns:wp14="http://schemas.microsoft.com/office/word/2010/wordml" w:rsidR="000B4BAA" w:rsidRDefault="009E549D" w14:paraId="6533C43D" wp14:textId="77777777">
      <w:r>
        <w:t>4.2 Project Goals and Objectives</w:t>
      </w:r>
    </w:p>
    <w:p xmlns:wp14="http://schemas.microsoft.com/office/word/2010/wordml" w:rsidR="000B4BAA" w:rsidP="43CFE0F7" w:rsidRDefault="009E549D" w14:paraId="54089F92" wp14:textId="77777777">
      <w:pPr>
        <w:spacing w:line="360" w:lineRule="auto"/>
        <w:rPr>
          <w:lang w:val="en-US"/>
        </w:rPr>
      </w:pPr>
      <w:r w:rsidRPr="43CFE0F7" w:rsidR="0026B2C9">
        <w:rPr>
          <w:lang w:val="en-US"/>
        </w:rPr>
        <w:t xml:space="preserve">What will this project </w:t>
      </w:r>
      <w:r w:rsidRPr="43CFE0F7" w:rsidR="0026B2C9">
        <w:rPr>
          <w:lang w:val="en-US"/>
        </w:rPr>
        <w:t>achieve and</w:t>
      </w:r>
      <w:r w:rsidRPr="43CFE0F7" w:rsidR="0026B2C9">
        <w:rPr>
          <w:lang w:val="en-US"/>
        </w:rPr>
        <w:t xml:space="preserve"> for whom? How will this project have a positive community impact?</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p>
    <w:p xmlns:wp14="http://schemas.microsoft.com/office/word/2010/wordml" w:rsidR="000B4BAA" w:rsidRDefault="009E549D" w14:paraId="14F0A19D" wp14:textId="77777777">
      <w:r>
        <w:t>4.3 Plan of Action</w:t>
      </w:r>
    </w:p>
    <w:p xmlns:wp14="http://schemas.microsoft.com/office/word/2010/wordml" w:rsidR="000B4BAA" w:rsidP="43CFE0F7" w:rsidRDefault="009E549D" w14:paraId="28619110" wp14:textId="77777777">
      <w:pPr>
        <w:spacing w:line="360" w:lineRule="auto"/>
        <w:rPr>
          <w:lang w:val="en-US"/>
        </w:rPr>
      </w:pPr>
      <w:r w:rsidRPr="43CFE0F7" w:rsidR="0026B2C9">
        <w:rPr>
          <w:lang w:val="en-US"/>
        </w:rPr>
        <w:t>Outline the steps, key activities, and timeline to achieve your goals.</w:t>
      </w:r>
      <w:r>
        <w:br/>
      </w:r>
      <w:r w:rsidRPr="43CFE0F7" w:rsidR="0026B2C9">
        <w:rPr>
          <w:lang w:val="en-US"/>
        </w:rPr>
        <w:t>You may attach a project plan, photos</w:t>
      </w:r>
      <w:r w:rsidRPr="43CFE0F7" w:rsidR="0026B2C9">
        <w:rPr>
          <w:lang w:val="en-US"/>
        </w:rPr>
        <w:t>, quotes</w:t>
      </w:r>
      <w:r w:rsidRPr="43CFE0F7" w:rsidR="0026B2C9">
        <w:rPr>
          <w:lang w:val="en-US"/>
        </w:rPr>
        <w:t xml:space="preserve"> if available. </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r w:rsidRPr="43CFE0F7" w:rsidR="0026B2C9">
        <w:rPr>
          <w:lang w:val="en-US"/>
        </w:rPr>
        <w:t>______________________________________________________________________</w:t>
      </w:r>
      <w:r>
        <w:br/>
      </w:r>
    </w:p>
    <w:p xmlns:wp14="http://schemas.microsoft.com/office/word/2010/wordml" w:rsidR="000B4BAA" w:rsidRDefault="009E549D" w14:paraId="3CBF1537" wp14:textId="77777777">
      <w:r>
        <w:t>The following questions (4.4 through 4.6) are optional, but can strengthen your application:</w:t>
      </w:r>
    </w:p>
    <w:p xmlns:wp14="http://schemas.microsoft.com/office/word/2010/wordml" w:rsidR="000B4BAA" w:rsidRDefault="009E549D" w14:paraId="433E9C6D" wp14:textId="77777777">
      <w:pPr>
        <w:spacing w:after="160" w:line="259" w:lineRule="auto"/>
      </w:pPr>
      <w:r>
        <w:t>4.4 Project Dependency</w:t>
      </w:r>
    </w:p>
    <w:p xmlns:wp14="http://schemas.microsoft.com/office/word/2010/wordml" w:rsidR="000B4BAA" w:rsidRDefault="009E549D" w14:paraId="7E2896BC" wp14:textId="77777777">
      <w:pPr>
        <w:spacing w:after="160" w:line="259" w:lineRule="auto"/>
      </w:pPr>
      <w:r w:rsidRPr="57ED01CF" w:rsidR="009E549D">
        <w:rPr>
          <w:lang w:val="en-US"/>
        </w:rPr>
        <w:t xml:space="preserve">How critical is KDCF’s contribution to your project? Would the project </w:t>
      </w:r>
      <w:r w:rsidRPr="57ED01CF" w:rsidR="009E549D">
        <w:rPr>
          <w:lang w:val="en-US"/>
        </w:rPr>
        <w:t>proceed</w:t>
      </w:r>
      <w:r w:rsidRPr="57ED01CF" w:rsidR="009E549D">
        <w:rPr>
          <w:lang w:val="en-US"/>
        </w:rPr>
        <w:t xml:space="preserve"> without our funding?</w:t>
      </w:r>
    </w:p>
    <w:p xmlns:wp14="http://schemas.microsoft.com/office/word/2010/wordml" w:rsidR="000B4BAA" w:rsidP="0DA704FA" w:rsidRDefault="009E549D" w14:paraId="6C07F4CD" wp14:textId="77777777">
      <w:pPr>
        <w:spacing w:after="160" w:line="360" w:lineRule="auto"/>
      </w:pPr>
      <w:r w:rsidR="0026B2C9">
        <w:rPr/>
        <w:t>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0B4BAA" w:rsidRDefault="000B4BAA" w14:paraId="5A39BBE3" wp14:textId="77777777">
      <w:pPr>
        <w:spacing w:after="160" w:line="259" w:lineRule="auto"/>
      </w:pPr>
    </w:p>
    <w:p xmlns:wp14="http://schemas.microsoft.com/office/word/2010/wordml" w:rsidR="000B4BAA" w:rsidRDefault="009E549D" w14:paraId="492530A0" wp14:textId="77777777">
      <w:pPr>
        <w:spacing w:after="160" w:line="259" w:lineRule="auto"/>
      </w:pPr>
      <w:r>
        <w:t>4.5 Other Funders</w:t>
      </w:r>
    </w:p>
    <w:p xmlns:wp14="http://schemas.microsoft.com/office/word/2010/wordml" w:rsidR="000B4BAA" w:rsidRDefault="009E549D" w14:paraId="0AA50A5A" wp14:textId="77777777">
      <w:pPr>
        <w:spacing w:after="160" w:line="259" w:lineRule="auto"/>
      </w:pPr>
      <w:r w:rsidRPr="43CFE0F7" w:rsidR="009E549D">
        <w:rPr>
          <w:lang w:val="en-US"/>
        </w:rPr>
        <w:t xml:space="preserve">List any other funding sources secured or </w:t>
      </w:r>
      <w:r w:rsidRPr="43CFE0F7" w:rsidR="009E549D">
        <w:rPr>
          <w:lang w:val="en-US"/>
        </w:rPr>
        <w:t>being pursued</w:t>
      </w:r>
      <w:r w:rsidRPr="43CFE0F7" w:rsidR="009E549D">
        <w:rPr>
          <w:lang w:val="en-US"/>
        </w:rPr>
        <w:t xml:space="preserve"> for this project.</w:t>
      </w:r>
    </w:p>
    <w:p xmlns:wp14="http://schemas.microsoft.com/office/word/2010/wordml" w:rsidR="000B4BAA" w:rsidP="0DA704FA" w:rsidRDefault="009E549D" w14:paraId="565ED9FA" wp14:textId="77777777">
      <w:pPr>
        <w:spacing w:after="160" w:line="360" w:lineRule="auto"/>
      </w:pPr>
      <w:r w:rsidR="0026B2C9">
        <w:rPr/>
        <w:t>____________________________________________________________________________________________________________________________________________</w:t>
      </w:r>
    </w:p>
    <w:p w:rsidR="0DA704FA" w:rsidP="0DA704FA" w:rsidRDefault="0DA704FA" w14:paraId="0756E3C3" w14:textId="62752B97">
      <w:pPr>
        <w:spacing w:after="160" w:line="259" w:lineRule="auto"/>
      </w:pPr>
    </w:p>
    <w:p xmlns:wp14="http://schemas.microsoft.com/office/word/2010/wordml" w:rsidR="000B4BAA" w:rsidRDefault="009E549D" w14:paraId="5E9EF997" wp14:textId="77777777">
      <w:pPr>
        <w:spacing w:after="160" w:line="259" w:lineRule="auto"/>
      </w:pPr>
      <w:r>
        <w:t>4.6 Future Sustainability</w:t>
      </w:r>
    </w:p>
    <w:p xmlns:wp14="http://schemas.microsoft.com/office/word/2010/wordml" w:rsidR="000B4BAA" w:rsidRDefault="009E549D" w14:paraId="6217C295" wp14:textId="77777777">
      <w:pPr>
        <w:spacing w:after="160" w:line="259" w:lineRule="auto"/>
      </w:pPr>
      <w:r>
        <w:t>For new or early-stage initiatives, please include a plan for future funding or how you plan to measure progress.</w:t>
      </w:r>
    </w:p>
    <w:p xmlns:wp14="http://schemas.microsoft.com/office/word/2010/wordml" w:rsidR="000B4BAA" w:rsidP="0DA704FA" w:rsidRDefault="009E549D" w14:paraId="618A309E" wp14:textId="77777777">
      <w:pPr>
        <w:spacing w:after="160" w:line="360" w:lineRule="auto"/>
      </w:pPr>
      <w:r w:rsidR="0026B2C9">
        <w:rPr/>
        <w:t>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0B4BAA" w:rsidRDefault="000B4BAA" w14:paraId="41C8F396" wp14:textId="77777777"/>
    <w:p w:rsidR="0DA704FA" w:rsidP="0DA704FA" w:rsidRDefault="0DA704FA" w14:paraId="0F61F35B" w14:textId="22F80E9E">
      <w:pPr>
        <w:rPr>
          <w:b w:val="1"/>
          <w:bCs w:val="1"/>
          <w:sz w:val="24"/>
          <w:szCs w:val="24"/>
        </w:rPr>
      </w:pPr>
    </w:p>
    <w:p w:rsidR="0DA704FA" w:rsidP="0DA704FA" w:rsidRDefault="0DA704FA" w14:paraId="23E9D445" w14:textId="393867E9">
      <w:pPr>
        <w:rPr>
          <w:b w:val="1"/>
          <w:bCs w:val="1"/>
          <w:sz w:val="24"/>
          <w:szCs w:val="24"/>
        </w:rPr>
      </w:pPr>
    </w:p>
    <w:p w:rsidR="0DA704FA" w:rsidP="0DA704FA" w:rsidRDefault="0DA704FA" w14:paraId="35BC33FA" w14:textId="0A961019">
      <w:pPr>
        <w:rPr>
          <w:b w:val="1"/>
          <w:bCs w:val="1"/>
          <w:sz w:val="24"/>
          <w:szCs w:val="24"/>
        </w:rPr>
      </w:pPr>
    </w:p>
    <w:p xmlns:wp14="http://schemas.microsoft.com/office/word/2010/wordml" w:rsidR="000B4BAA" w:rsidRDefault="009E549D" w14:paraId="732E5E9C" wp14:textId="77777777">
      <w:r>
        <w:rPr>
          <w:b/>
          <w:sz w:val="24"/>
          <w:szCs w:val="24"/>
        </w:rPr>
        <w:t>SECTION 5: Financial Information</w:t>
      </w:r>
    </w:p>
    <w:p xmlns:wp14="http://schemas.microsoft.com/office/word/2010/wordml" w:rsidR="000B4BAA" w:rsidRDefault="009E549D" w14:paraId="410DC34A" wp14:textId="77777777">
      <w:r>
        <w:t>Amount Requested</w:t>
      </w:r>
      <w:r>
        <w:br/>
      </w:r>
      <w:r>
        <w:t>______________________________________________________________________</w:t>
      </w:r>
    </w:p>
    <w:p xmlns:wp14="http://schemas.microsoft.com/office/word/2010/wordml" w:rsidR="000B4BAA" w:rsidRDefault="009E549D" w14:paraId="15756E96" wp14:textId="77777777">
      <w:r>
        <w:t>Total Project Budget</w:t>
      </w:r>
      <w:r>
        <w:br/>
      </w:r>
      <w:r>
        <w:t>______________________________________________________________________</w:t>
      </w:r>
    </w:p>
    <w:p xmlns:wp14="http://schemas.microsoft.com/office/word/2010/wordml" w:rsidR="000B4BAA" w:rsidRDefault="009E549D" w14:paraId="26723E51" wp14:textId="77777777">
      <w:pPr>
        <w:spacing w:after="160" w:line="259" w:lineRule="auto"/>
      </w:pPr>
      <w:r>
        <w:t>5.1 Use of Funds</w:t>
      </w:r>
    </w:p>
    <w:p xmlns:wp14="http://schemas.microsoft.com/office/word/2010/wordml" w:rsidR="000B4BAA" w:rsidRDefault="009E549D" w14:paraId="2C1C5700" wp14:textId="77777777">
      <w:pPr>
        <w:spacing w:after="160" w:line="259" w:lineRule="auto"/>
      </w:pPr>
      <w:r>
        <w:t>Clearly outline how and where the KDCF grant will be used in the context of your total project budget (Please attach a project budget).</w:t>
      </w:r>
    </w:p>
    <w:p xmlns:wp14="http://schemas.microsoft.com/office/word/2010/wordml" w:rsidR="000B4BAA" w:rsidP="0DA704FA" w:rsidRDefault="009E549D" w14:paraId="5C6B711B" wp14:textId="77777777">
      <w:pPr>
        <w:spacing w:after="160" w:line="360" w:lineRule="auto"/>
      </w:pPr>
      <w:r w:rsidR="0026B2C9">
        <w:rPr/>
        <w:t>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0B4BAA" w:rsidRDefault="009E549D" w14:paraId="16BAFE9C" wp14:textId="77777777">
      <w:r w:rsidRPr="57ED01CF" w:rsidR="009E549D">
        <w:rPr>
          <w:lang w:val="en-US"/>
        </w:rPr>
        <w:t xml:space="preserve">Will your organization be able to provide interim and final financial reports should they be </w:t>
      </w:r>
      <w:r w:rsidRPr="57ED01CF" w:rsidR="009E549D">
        <w:rPr>
          <w:lang w:val="en-US"/>
        </w:rPr>
        <w:t>requested</w:t>
      </w:r>
      <w:r w:rsidRPr="57ED01CF" w:rsidR="009E549D">
        <w:rPr>
          <w:lang w:val="en-US"/>
        </w:rPr>
        <w:t>?</w:t>
      </w:r>
    </w:p>
    <w:p xmlns:wp14="http://schemas.microsoft.com/office/word/2010/wordml" w:rsidR="000B4BAA" w:rsidRDefault="009E549D" w14:paraId="1A5AA4E6" wp14:textId="77777777">
      <w:r>
        <w:t>☐</w:t>
      </w:r>
      <w:r>
        <w:t xml:space="preserve"> Yes</w:t>
      </w:r>
    </w:p>
    <w:p xmlns:wp14="http://schemas.microsoft.com/office/word/2010/wordml" w:rsidR="000B4BAA" w:rsidRDefault="009E549D" w14:paraId="5CE13EA7" wp14:textId="77777777">
      <w:pPr>
        <w:rPr>
          <w:i/>
        </w:rPr>
      </w:pPr>
      <w:r>
        <w:t>☐</w:t>
      </w:r>
      <w:r>
        <w:t xml:space="preserve"> No</w:t>
      </w:r>
    </w:p>
    <w:p xmlns:wp14="http://schemas.microsoft.com/office/word/2010/wordml" w:rsidR="000B4BAA" w:rsidRDefault="000B4BAA" w14:paraId="72A3D3EC" wp14:textId="77777777"/>
    <w:p xmlns:wp14="http://schemas.microsoft.com/office/word/2010/wordml" w:rsidR="000B4BAA" w:rsidRDefault="009E549D" w14:paraId="2D53B829" wp14:textId="77777777">
      <w:r>
        <w:rPr>
          <w:b/>
          <w:sz w:val="24"/>
          <w:szCs w:val="24"/>
        </w:rPr>
        <w:t>SECTION 6: Declaration</w:t>
      </w:r>
    </w:p>
    <w:p xmlns:wp14="http://schemas.microsoft.com/office/word/2010/wordml" w:rsidR="000B4BAA" w:rsidRDefault="009E549D" w14:paraId="6334559F" wp14:textId="77777777">
      <w:r w:rsidRPr="57ED01CF" w:rsidR="009E549D">
        <w:rPr>
          <w:lang w:val="en-US"/>
        </w:rPr>
        <w:t xml:space="preserve">I declare that the information provided in this application is </w:t>
      </w:r>
      <w:r w:rsidRPr="57ED01CF" w:rsidR="009E549D">
        <w:rPr>
          <w:lang w:val="en-US"/>
        </w:rPr>
        <w:t>accurate</w:t>
      </w:r>
      <w:r w:rsidRPr="57ED01CF" w:rsidR="009E549D">
        <w:rPr>
          <w:lang w:val="en-US"/>
        </w:rPr>
        <w:t xml:space="preserve"> and complete to the best of my knowledge. </w:t>
      </w:r>
    </w:p>
    <w:p xmlns:wp14="http://schemas.microsoft.com/office/word/2010/wordml" w:rsidR="000B4BAA" w:rsidRDefault="009E549D" w14:paraId="40AD6855" wp14:textId="77777777">
      <w:r>
        <w:t>Applicant’s Name (print)</w:t>
      </w:r>
      <w:r>
        <w:br/>
      </w:r>
      <w:r>
        <w:t>______________________________________________________________________</w:t>
      </w:r>
    </w:p>
    <w:p xmlns:wp14="http://schemas.microsoft.com/office/word/2010/wordml" w:rsidR="000B4BAA" w:rsidRDefault="009E549D" w14:paraId="49CE4E7F" wp14:textId="77777777">
      <w:r>
        <w:t>Position with Organization</w:t>
      </w:r>
      <w:r>
        <w:br/>
      </w:r>
      <w:r>
        <w:t>______________________________________________________________________</w:t>
      </w:r>
    </w:p>
    <w:p xmlns:wp14="http://schemas.microsoft.com/office/word/2010/wordml" w:rsidR="000B4BAA" w:rsidRDefault="009E549D" w14:paraId="2C15BEA8" wp14:textId="77777777">
      <w:r>
        <w:t>Signature</w:t>
      </w:r>
      <w:r>
        <w:br/>
      </w:r>
      <w:r>
        <w:t>______________________________________________________________________</w:t>
      </w:r>
    </w:p>
    <w:p xmlns:wp14="http://schemas.microsoft.com/office/word/2010/wordml" w:rsidR="000B4BAA" w:rsidRDefault="009E549D" w14:paraId="7B82F691" wp14:textId="77777777">
      <w:r>
        <w:t>Date</w:t>
      </w:r>
      <w:r>
        <w:br/>
      </w:r>
      <w:r>
        <w:t>______________________________________________________________________</w:t>
      </w:r>
    </w:p>
    <w:p xmlns:wp14="http://schemas.microsoft.com/office/word/2010/wordml" w:rsidR="000B4BAA" w:rsidRDefault="000B4BAA" w14:paraId="0D0B940D" wp14:textId="77777777"/>
    <w:p xmlns:wp14="http://schemas.microsoft.com/office/word/2010/wordml" w:rsidR="000B4BAA" w:rsidRDefault="009E549D" w14:paraId="74CC74F3" wp14:textId="77777777">
      <w:r>
        <w:t>Have I remembered everything?</w:t>
      </w:r>
    </w:p>
    <w:p xmlns:wp14="http://schemas.microsoft.com/office/word/2010/wordml" w:rsidR="000B4BAA" w:rsidRDefault="009E549D" w14:paraId="44F7B416" wp14:textId="77777777">
      <w:pPr>
        <w:numPr>
          <w:ilvl w:val="0"/>
          <w:numId w:val="1"/>
        </w:numPr>
        <w:spacing w:after="0"/>
      </w:pPr>
      <w:r>
        <w:t xml:space="preserve">Required: Project budget, completed application form </w:t>
      </w:r>
    </w:p>
    <w:p xmlns:wp14="http://schemas.microsoft.com/office/word/2010/wordml" w:rsidR="000B4BAA" w:rsidRDefault="009E549D" w14:paraId="416CA4A1" wp14:textId="77777777">
      <w:pPr>
        <w:numPr>
          <w:ilvl w:val="0"/>
          <w:numId w:val="1"/>
        </w:numPr>
        <w:rPr/>
      </w:pPr>
      <w:r w:rsidRPr="43CFE0F7" w:rsidR="0026B2C9">
        <w:rPr>
          <w:lang w:val="en-US"/>
        </w:rPr>
        <w:t xml:space="preserve">Optional - supporting information: such as photos, project </w:t>
      </w:r>
      <w:r w:rsidRPr="43CFE0F7" w:rsidR="0026B2C9">
        <w:rPr>
          <w:lang w:val="en-US"/>
        </w:rPr>
        <w:t>plan</w:t>
      </w:r>
      <w:r w:rsidRPr="43CFE0F7" w:rsidR="0026B2C9">
        <w:rPr>
          <w:lang w:val="en-US"/>
        </w:rPr>
        <w:t xml:space="preserve">, and any other financial or project details you feel necessary to share. </w:t>
      </w:r>
    </w:p>
    <w:p w:rsidR="216BD1B2" w:rsidP="0DA704FA" w:rsidRDefault="216BD1B2" w14:paraId="251C4407" w14:textId="11B94EF1">
      <w:pPr>
        <w:ind w:left="0"/>
      </w:pPr>
      <w:r w:rsidRPr="0DA704FA" w:rsidR="216BD1B2">
        <w:rPr>
          <w:lang w:val="en-US"/>
        </w:rPr>
        <w:t>Submit your application and attachments to grants@kimberleyfoundation.ca</w:t>
      </w:r>
    </w:p>
    <w:sectPr w:rsidR="000B4BAA">
      <w:pgSz w:w="12240" w:h="15840" w:orient="portrait"/>
      <w:pgMar w:top="1440" w:right="1800" w:bottom="1440" w:left="1800" w:header="720" w:footer="720" w:gutter="0"/>
      <w:pgNumType w:start="1"/>
      <w:cols w:space="720"/>
      <w:headerReference w:type="default" r:id="R24e26439706d4e79"/>
      <w:footerReference w:type="default" r:id="R65efc6f52c8d48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180BBBC1-29D1-4464-B784-635795D65441}"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E49D8C1-1A29-4826-A3D3-51451F48AAE7}" r:id="rId2"/>
    <w:embedBold w:fontKey="{94BCCEED-C786-4781-8DA8-B7AAC7CE863F}" r:id="rId3"/>
    <w:embedItalic w:fontKey="{4857B922-94F2-4532-A2F1-D8BA07AD18BE}" r:id="rId4"/>
    <w:embedBoldItalic w:fontKey="{5367588D-E744-4875-8B4C-F2E008C10FB9}" r:id="rId5"/>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242A0B2-922A-41F6-999B-9545694D8C01}" r:id="rId6"/>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DA704FA" w:rsidTr="0DA704FA" w14:paraId="47B4B56F">
      <w:trPr>
        <w:trHeight w:val="300"/>
      </w:trPr>
      <w:tc>
        <w:tcPr>
          <w:tcW w:w="2880" w:type="dxa"/>
          <w:tcMar/>
        </w:tcPr>
        <w:p w:rsidR="0DA704FA" w:rsidP="0DA704FA" w:rsidRDefault="0DA704FA" w14:paraId="3CA6112C" w14:textId="3D486AB0">
          <w:pPr>
            <w:pStyle w:val="Header"/>
            <w:bidi w:val="0"/>
            <w:ind w:left="-115"/>
            <w:jc w:val="left"/>
          </w:pPr>
        </w:p>
      </w:tc>
      <w:tc>
        <w:tcPr>
          <w:tcW w:w="2880" w:type="dxa"/>
          <w:tcMar/>
        </w:tcPr>
        <w:p w:rsidR="0DA704FA" w:rsidP="0DA704FA" w:rsidRDefault="0DA704FA" w14:paraId="204AC2A7" w14:textId="267B9D44">
          <w:pPr>
            <w:pStyle w:val="Header"/>
            <w:bidi w:val="0"/>
            <w:jc w:val="center"/>
          </w:pPr>
        </w:p>
      </w:tc>
      <w:tc>
        <w:tcPr>
          <w:tcW w:w="2880" w:type="dxa"/>
          <w:tcMar/>
        </w:tcPr>
        <w:p w:rsidR="0DA704FA" w:rsidP="0DA704FA" w:rsidRDefault="0DA704FA" w14:paraId="4FD1D6F4" w14:textId="04A995FD">
          <w:pPr>
            <w:pStyle w:val="Header"/>
            <w:bidi w:val="0"/>
            <w:ind w:right="-115"/>
            <w:jc w:val="right"/>
            <w:rPr>
              <w:i w:val="1"/>
              <w:iCs w:val="1"/>
              <w:sz w:val="18"/>
              <w:szCs w:val="18"/>
            </w:rPr>
          </w:pPr>
          <w:r w:rsidRPr="0DA704FA" w:rsidR="0DA704FA">
            <w:rPr>
              <w:i w:val="1"/>
              <w:iCs w:val="1"/>
              <w:sz w:val="18"/>
              <w:szCs w:val="18"/>
            </w:rPr>
            <w:t xml:space="preserve">Page </w:t>
          </w:r>
          <w:r w:rsidRPr="0DA704FA">
            <w:rPr>
              <w:i w:val="1"/>
              <w:iCs w:val="1"/>
              <w:sz w:val="18"/>
              <w:szCs w:val="18"/>
            </w:rPr>
            <w:fldChar w:fldCharType="begin"/>
          </w:r>
          <w:r>
            <w:instrText xml:space="preserve">PAGE</w:instrText>
          </w:r>
          <w:r>
            <w:fldChar w:fldCharType="separate"/>
          </w:r>
          <w:r w:rsidRPr="0DA704FA">
            <w:rPr>
              <w:i w:val="1"/>
              <w:iCs w:val="1"/>
              <w:sz w:val="18"/>
              <w:szCs w:val="18"/>
            </w:rPr>
            <w:fldChar w:fldCharType="end"/>
          </w:r>
          <w:r w:rsidRPr="0DA704FA" w:rsidR="0DA704FA">
            <w:rPr>
              <w:i w:val="1"/>
              <w:iCs w:val="1"/>
              <w:sz w:val="18"/>
              <w:szCs w:val="18"/>
            </w:rPr>
            <w:t xml:space="preserve"> of </w:t>
          </w:r>
          <w:r w:rsidRPr="0DA704FA">
            <w:rPr>
              <w:i w:val="1"/>
              <w:iCs w:val="1"/>
              <w:sz w:val="18"/>
              <w:szCs w:val="18"/>
            </w:rPr>
            <w:fldChar w:fldCharType="begin"/>
          </w:r>
          <w:r>
            <w:instrText xml:space="preserve">NUMPAGES</w:instrText>
          </w:r>
          <w:r>
            <w:fldChar w:fldCharType="separate"/>
          </w:r>
          <w:r w:rsidRPr="0DA704FA">
            <w:rPr>
              <w:i w:val="1"/>
              <w:iCs w:val="1"/>
              <w:sz w:val="18"/>
              <w:szCs w:val="18"/>
            </w:rPr>
            <w:fldChar w:fldCharType="end"/>
          </w:r>
        </w:p>
      </w:tc>
    </w:tr>
  </w:tbl>
  <w:p w:rsidR="0DA704FA" w:rsidP="0DA704FA" w:rsidRDefault="0DA704FA" w14:paraId="67B2EA4A" w14:textId="2C04702C">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DA704FA" w:rsidTr="0DA704FA" w14:paraId="3A71E989">
      <w:trPr>
        <w:trHeight w:val="300"/>
      </w:trPr>
      <w:tc>
        <w:tcPr>
          <w:tcW w:w="2880" w:type="dxa"/>
          <w:tcMar/>
        </w:tcPr>
        <w:p w:rsidR="0DA704FA" w:rsidP="0DA704FA" w:rsidRDefault="0DA704FA" w14:paraId="7AE0765C" w14:textId="7408F7FE">
          <w:pPr>
            <w:pStyle w:val="Header"/>
            <w:bidi w:val="0"/>
            <w:ind w:left="-115"/>
            <w:jc w:val="left"/>
          </w:pPr>
        </w:p>
      </w:tc>
      <w:tc>
        <w:tcPr>
          <w:tcW w:w="2880" w:type="dxa"/>
          <w:tcMar/>
        </w:tcPr>
        <w:p w:rsidR="0DA704FA" w:rsidP="0DA704FA" w:rsidRDefault="0DA704FA" w14:paraId="441DB95C" w14:textId="6385151A">
          <w:pPr>
            <w:pStyle w:val="Header"/>
            <w:bidi w:val="0"/>
            <w:jc w:val="center"/>
          </w:pPr>
        </w:p>
      </w:tc>
      <w:tc>
        <w:tcPr>
          <w:tcW w:w="2880" w:type="dxa"/>
          <w:tcMar/>
        </w:tcPr>
        <w:p w:rsidR="0DA704FA" w:rsidP="0DA704FA" w:rsidRDefault="0DA704FA" w14:paraId="7B0DDA9B" w14:textId="0A10B698">
          <w:pPr>
            <w:pStyle w:val="Header"/>
            <w:bidi w:val="0"/>
            <w:ind w:right="-115"/>
            <w:jc w:val="right"/>
          </w:pPr>
        </w:p>
      </w:tc>
    </w:tr>
  </w:tbl>
  <w:p w:rsidR="0DA704FA" w:rsidP="0DA704FA" w:rsidRDefault="0DA704FA" w14:paraId="0BD5C397" w14:textId="42ADC71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B2397"/>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D55A43"/>
    <w:multiLevelType w:val="multilevel"/>
    <w:tmpl w:val="FFFFFFFF"/>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FC6EBB"/>
    <w:multiLevelType w:val="multilevel"/>
    <w:tmpl w:val="FFFFFFFF"/>
    <w:lvl w:ilvl="0">
      <w:start w:val="1"/>
      <w:numFmt w:val="bullet"/>
      <w:pStyle w:val="ListBullet2"/>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114977746">
    <w:abstractNumId w:val="0"/>
  </w:num>
  <w:num w:numId="2" w16cid:durableId="2123449604">
    <w:abstractNumId w:val="2"/>
  </w:num>
  <w:num w:numId="3" w16cid:durableId="1933078876">
    <w:abstractNumId w:val="1"/>
  </w:num>
  <w:num w:numId="4" w16cid:durableId="441076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03820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09690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BAA"/>
    <w:rsid w:val="000B4BAA"/>
    <w:rsid w:val="0026B2C9"/>
    <w:rsid w:val="003D4B30"/>
    <w:rsid w:val="009E549D"/>
    <w:rsid w:val="016144FC"/>
    <w:rsid w:val="044370B1"/>
    <w:rsid w:val="0DA704FA"/>
    <w:rsid w:val="1AAE2D3D"/>
    <w:rsid w:val="1D692DFB"/>
    <w:rsid w:val="20AE4C00"/>
    <w:rsid w:val="216BD1B2"/>
    <w:rsid w:val="28DEA66D"/>
    <w:rsid w:val="295FDAE0"/>
    <w:rsid w:val="333CA543"/>
    <w:rsid w:val="3B9E9C2F"/>
    <w:rsid w:val="3C3849DA"/>
    <w:rsid w:val="43CFE0F7"/>
    <w:rsid w:val="4C183A16"/>
    <w:rsid w:val="4EDA8F88"/>
    <w:rsid w:val="4FB210B8"/>
    <w:rsid w:val="50E451BF"/>
    <w:rsid w:val="520A7A38"/>
    <w:rsid w:val="57ED01CF"/>
    <w:rsid w:val="5F5B5B77"/>
    <w:rsid w:val="61BF162C"/>
    <w:rsid w:val="655BE19C"/>
    <w:rsid w:val="79B72559"/>
    <w:rsid w:val="7A3B68E6"/>
    <w:rsid w:val="7B58B2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2D9483"/>
  <w15:docId w15:val="{FCFF9720-A794-4285-AFCF-2FABD37CEA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hAnsi="Calibri" w:eastAsia="Calibri" w:cs="Calibri"/>
      <w:b/>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hAnsi="Calibri" w:eastAsia="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hAnsi="Calibri" w:eastAsia="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hAnsi="Calibri" w:eastAsia="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hAnsi="Calibri" w:eastAsia="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hAnsi="Calibri" w:eastAsia="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color="4F81BD" w:sz="8" w:space="4"/>
      </w:pBdr>
      <w:spacing w:after="300" w:line="240" w:lineRule="auto"/>
    </w:pPr>
    <w:rPr>
      <w:rFonts w:ascii="Calibri" w:hAnsi="Calibri" w:eastAsia="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hAnsi="Calibri" w:eastAsia="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header" Target="header.xml" Id="R24e26439706d4e79" /><Relationship Type="http://schemas.openxmlformats.org/officeDocument/2006/relationships/footer" Target="footer.xml" Id="R65efc6f52c8d487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90311A6CF86444AC2F49F8EE1D3183" ma:contentTypeVersion="10" ma:contentTypeDescription="Create a new document." ma:contentTypeScope="" ma:versionID="7e110a67c53cb9eb1dc8f13ef2b6dd67">
  <xsd:schema xmlns:xsd="http://www.w3.org/2001/XMLSchema" xmlns:xs="http://www.w3.org/2001/XMLSchema" xmlns:p="http://schemas.microsoft.com/office/2006/metadata/properties" xmlns:ns2="ea39e108-56e2-4e88-8c52-cca6fd624a9f" xmlns:ns3="f0dffd1a-3f33-4365-8a60-bc9592d6119e" targetNamespace="http://schemas.microsoft.com/office/2006/metadata/properties" ma:root="true" ma:fieldsID="3b298e8c0594a830f0957264c5c0c458" ns2:_="" ns3:_="">
    <xsd:import namespace="ea39e108-56e2-4e88-8c52-cca6fd624a9f"/>
    <xsd:import namespace="f0dffd1a-3f33-4365-8a60-bc9592d611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9e108-56e2-4e88-8c52-cca6fd624a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9325bb-c3ae-441a-9bdf-653c0f72746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dffd1a-3f33-4365-8a60-bc9592d611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ae4742-180b-4ccd-9148-2e284875f7ac}" ma:internalName="TaxCatchAll" ma:showField="CatchAllData" ma:web="f0dffd1a-3f33-4365-8a60-bc9592d61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X0oovxWUx13tH+H/gvxF8UYHA==">CgMxLjA4AHIhMTI4MW9ZMXFLNktGNDAyX2NuOXY5NUp1WW42Wm9KOU1M</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0dffd1a-3f33-4365-8a60-bc9592d6119e" xsi:nil="true"/>
    <lcf76f155ced4ddcb4097134ff3c332f xmlns="ea39e108-56e2-4e88-8c52-cca6fd624a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28B13A-6F72-4561-AAD8-3B0506BEED94}">
  <ds:schemaRefs>
    <ds:schemaRef ds:uri="http://schemas.microsoft.com/sharepoint/v3/contenttype/forms"/>
  </ds:schemaRefs>
</ds:datastoreItem>
</file>

<file path=customXml/itemProps2.xml><?xml version="1.0" encoding="utf-8"?>
<ds:datastoreItem xmlns:ds="http://schemas.openxmlformats.org/officeDocument/2006/customXml" ds:itemID="{4991F60F-D9F0-4390-AED8-B9C3EAF34577}"/>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D9C03776-CBE1-4954-9E91-FBD4506D9C7D}">
  <ds:schemaRefs>
    <ds:schemaRef ds:uri="http://schemas.microsoft.com/office/2006/metadata/properties"/>
    <ds:schemaRef ds:uri="http://schemas.microsoft.com/office/infopath/2007/PartnerControls"/>
    <ds:schemaRef ds:uri="f0dffd1a-3f33-4365-8a60-bc9592d6119e"/>
    <ds:schemaRef ds:uri="ea39e108-56e2-4e88-8c52-cca6fd624a9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Jasmine Nelson</cp:lastModifiedBy>
  <cp:revision>5</cp:revision>
  <dcterms:created xsi:type="dcterms:W3CDTF">2025-09-13T20:38:00Z</dcterms:created>
  <dcterms:modified xsi:type="dcterms:W3CDTF">2025-10-25T21:06:19Z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0x010100A590311A6CF86444AC2F49F8EE1D3183</vt:lpwstr>
  </property>
  <property fmtid="{D5CDD505-2E9C-101B-9397-08002B2CF9AE}" pid="3" name="MediaServiceImageTags">
    <vt:lpwstr/>
  </property>
</Properties>
</file>